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0921" w14:textId="5F2E4B66" w:rsidR="00F57B6E" w:rsidRPr="009B2EB6" w:rsidRDefault="00F57B6E">
      <w:pPr>
        <w:spacing w:after="40"/>
        <w:jc w:val="right"/>
        <w:rPr>
          <w:rFonts w:ascii="BIZ UDゴシック" w:eastAsia="BIZ UDゴシック" w:hAnsi="BIZ UDゴシック"/>
          <w:lang w:eastAsia="ja-JP"/>
        </w:rPr>
      </w:pPr>
    </w:p>
    <w:p w14:paraId="054D722F" w14:textId="05AB3A0A" w:rsidR="00F57B6E" w:rsidRPr="009B2EB6" w:rsidRDefault="00620E4A" w:rsidP="00620E4A">
      <w:pPr>
        <w:spacing w:after="40"/>
        <w:jc w:val="right"/>
        <w:rPr>
          <w:rFonts w:ascii="BIZ UDゴシック" w:eastAsia="BIZ UDゴシック" w:hAnsi="BIZ UDゴシック"/>
          <w:lang w:eastAsia="ja-JP"/>
        </w:rPr>
      </w:pPr>
      <w:r w:rsidRPr="009B2EB6">
        <w:rPr>
          <w:rFonts w:ascii="BIZ UDゴシック" w:eastAsia="BIZ UDゴシック" w:hAnsi="BIZ UDゴシック" w:hint="eastAsia"/>
          <w:lang w:eastAsia="ja-JP"/>
        </w:rPr>
        <w:t>八幡市社会福祉協議会</w:t>
      </w:r>
    </w:p>
    <w:p w14:paraId="1ABD5D95" w14:textId="77777777" w:rsidR="004C369C" w:rsidRPr="009B2EB6" w:rsidRDefault="004C369C" w:rsidP="00620E4A">
      <w:pPr>
        <w:spacing w:after="40"/>
        <w:jc w:val="right"/>
        <w:rPr>
          <w:rFonts w:ascii="BIZ UDゴシック" w:eastAsia="BIZ UDゴシック" w:hAnsi="BIZ UDゴシック"/>
          <w:lang w:eastAsia="ja-JP"/>
        </w:rPr>
      </w:pPr>
    </w:p>
    <w:p w14:paraId="3091F7E0" w14:textId="77777777" w:rsidR="00620E4A" w:rsidRPr="009B2EB6" w:rsidRDefault="00620E4A" w:rsidP="00620E4A">
      <w:pPr>
        <w:spacing w:after="40"/>
        <w:jc w:val="right"/>
        <w:rPr>
          <w:rFonts w:ascii="BIZ UDゴシック" w:eastAsia="BIZ UDゴシック" w:hAnsi="BIZ UDゴシック"/>
          <w:lang w:eastAsia="ja-JP"/>
        </w:rPr>
      </w:pPr>
    </w:p>
    <w:p w14:paraId="072236F1" w14:textId="51DE9BA9" w:rsidR="00F57B6E" w:rsidRPr="003C5FB9" w:rsidRDefault="008506F9">
      <w:pPr>
        <w:spacing w:after="360"/>
        <w:jc w:val="center"/>
        <w:rPr>
          <w:rFonts w:ascii="BIZ UDゴシック" w:eastAsia="BIZ UDゴシック" w:hAnsi="BIZ UDゴシック"/>
          <w:b/>
          <w:sz w:val="32"/>
          <w:lang w:eastAsia="ja-JP"/>
        </w:rPr>
      </w:pPr>
      <w:r w:rsidRPr="003C5FB9">
        <w:rPr>
          <w:rFonts w:ascii="BIZ UDゴシック" w:eastAsia="BIZ UDゴシック" w:hAnsi="BIZ UDゴシック"/>
          <w:b/>
          <w:sz w:val="32"/>
          <w:lang w:eastAsia="ja-JP"/>
        </w:rPr>
        <w:t>フリーマーケット</w:t>
      </w:r>
      <w:r w:rsidR="001B7DCB" w:rsidRPr="003C5FB9">
        <w:rPr>
          <w:rFonts w:ascii="BIZ UDゴシック" w:eastAsia="BIZ UDゴシック" w:hAnsi="BIZ UDゴシック" w:hint="eastAsia"/>
          <w:b/>
          <w:sz w:val="32"/>
          <w:lang w:eastAsia="ja-JP"/>
        </w:rPr>
        <w:t>＆マルシェ</w:t>
      </w:r>
      <w:r w:rsidRPr="003C5FB9">
        <w:rPr>
          <w:rFonts w:ascii="BIZ UDゴシック" w:eastAsia="BIZ UDゴシック" w:hAnsi="BIZ UDゴシック"/>
          <w:b/>
          <w:sz w:val="32"/>
          <w:lang w:eastAsia="ja-JP"/>
        </w:rPr>
        <w:t>出店申込書 兼 同意書</w:t>
      </w:r>
    </w:p>
    <w:p w14:paraId="5D606C63" w14:textId="77777777" w:rsidR="004C369C" w:rsidRPr="003C5FB9" w:rsidRDefault="004C369C">
      <w:pPr>
        <w:spacing w:after="360"/>
        <w:jc w:val="center"/>
        <w:rPr>
          <w:rFonts w:ascii="BIZ UDゴシック" w:eastAsia="BIZ UDゴシック" w:hAnsi="BIZ UDゴシック"/>
          <w:lang w:eastAsia="ja-JP"/>
        </w:rPr>
      </w:pPr>
    </w:p>
    <w:p w14:paraId="46A26210" w14:textId="3121BAA3" w:rsidR="00F57B6E" w:rsidRPr="003C5FB9" w:rsidRDefault="00620E4A">
      <w:pPr>
        <w:spacing w:after="240"/>
        <w:rPr>
          <w:rFonts w:ascii="BIZ UDゴシック" w:eastAsia="BIZ UDゴシック" w:hAnsi="BIZ UDゴシック"/>
          <w:lang w:eastAsia="ja-JP"/>
        </w:rPr>
      </w:pPr>
      <w:r w:rsidRPr="003C5FB9">
        <w:rPr>
          <w:rFonts w:ascii="BIZ UDゴシック" w:eastAsia="BIZ UDゴシック" w:hAnsi="BIZ UDゴシック" w:hint="eastAsia"/>
          <w:lang w:eastAsia="ja-JP"/>
        </w:rPr>
        <w:t>八幡市</w:t>
      </w:r>
      <w:r w:rsidRPr="003C5FB9">
        <w:rPr>
          <w:rFonts w:ascii="BIZ UDゴシック" w:eastAsia="BIZ UDゴシック" w:hAnsi="BIZ UDゴシック"/>
          <w:lang w:eastAsia="ja-JP"/>
        </w:rPr>
        <w:t>社会福祉協議会主催のフリーマーケット</w:t>
      </w:r>
      <w:r w:rsidR="001B7DCB" w:rsidRPr="003C5FB9">
        <w:rPr>
          <w:rFonts w:ascii="BIZ UDゴシック" w:eastAsia="BIZ UDゴシック" w:hAnsi="BIZ UDゴシック" w:hint="eastAsia"/>
          <w:lang w:eastAsia="ja-JP"/>
        </w:rPr>
        <w:t>＆マルシェ</w:t>
      </w:r>
      <w:r w:rsidRPr="003C5FB9">
        <w:rPr>
          <w:rFonts w:ascii="BIZ UDゴシック" w:eastAsia="BIZ UDゴシック" w:hAnsi="BIZ UDゴシック"/>
          <w:lang w:eastAsia="ja-JP"/>
        </w:rPr>
        <w:t>に出店を希望される方は、</w:t>
      </w:r>
      <w:r w:rsidRPr="003C5FB9">
        <w:rPr>
          <w:rFonts w:ascii="BIZ UDゴシック" w:eastAsia="BIZ UDゴシック" w:hAnsi="BIZ UDゴシック" w:hint="eastAsia"/>
          <w:lang w:eastAsia="ja-JP"/>
        </w:rPr>
        <w:t>別添</w:t>
      </w:r>
      <w:r w:rsidRPr="003C5FB9">
        <w:rPr>
          <w:rFonts w:ascii="BIZ UDゴシック" w:eastAsia="BIZ UDゴシック" w:hAnsi="BIZ UDゴシック"/>
          <w:lang w:eastAsia="ja-JP"/>
        </w:rPr>
        <w:t>の</w:t>
      </w:r>
      <w:r w:rsidRPr="003C5FB9">
        <w:rPr>
          <w:rFonts w:ascii="BIZ UDゴシック" w:eastAsia="BIZ UDゴシック" w:hAnsi="BIZ UDゴシック" w:hint="eastAsia"/>
          <w:lang w:eastAsia="ja-JP"/>
        </w:rPr>
        <w:t>出店要領</w:t>
      </w:r>
      <w:r w:rsidRPr="003C5FB9">
        <w:rPr>
          <w:rFonts w:ascii="BIZ UDゴシック" w:eastAsia="BIZ UDゴシック" w:hAnsi="BIZ UDゴシック"/>
          <w:lang w:eastAsia="ja-JP"/>
        </w:rPr>
        <w:t>をご確認・ご同意の上、必要事項をご記入いただきお申込みください。</w:t>
      </w:r>
    </w:p>
    <w:tbl>
      <w:tblPr>
        <w:tblW w:w="0" w:type="auto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D0D0D0"/>
          <w:insideV w:val="single" w:sz="4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9936"/>
      </w:tblGrid>
      <w:tr w:rsidR="00F57B6E" w:rsidRPr="003C5FB9" w14:paraId="2E6E9649" w14:textId="77777777">
        <w:tc>
          <w:tcPr>
            <w:tcW w:w="9936" w:type="dxa"/>
            <w:shd w:val="clear" w:color="auto" w:fill="F2F4F7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5E98E796" w14:textId="2FAE7E2F" w:rsidR="00F57B6E" w:rsidRPr="003C5FB9" w:rsidRDefault="008506F9">
            <w:pPr>
              <w:spacing w:after="80"/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b/>
                <w:lang w:eastAsia="ja-JP"/>
              </w:rPr>
              <w:t xml:space="preserve">【 </w:t>
            </w:r>
            <w:r w:rsidR="004C369C" w:rsidRPr="003C5FB9">
              <w:rPr>
                <w:rFonts w:ascii="BIZ UDゴシック" w:eastAsia="BIZ UDゴシック" w:hAnsi="BIZ UDゴシック" w:hint="eastAsia"/>
                <w:b/>
                <w:lang w:eastAsia="ja-JP"/>
              </w:rPr>
              <w:t>実施要綱</w:t>
            </w:r>
            <w:r w:rsidRPr="003C5FB9">
              <w:rPr>
                <w:rFonts w:ascii="BIZ UDゴシック" w:eastAsia="BIZ UDゴシック" w:hAnsi="BIZ UDゴシック"/>
                <w:b/>
                <w:lang w:eastAsia="ja-JP"/>
              </w:rPr>
              <w:t>・</w:t>
            </w:r>
            <w:r w:rsidR="004C369C" w:rsidRPr="003C5FB9">
              <w:rPr>
                <w:rFonts w:ascii="BIZ UDゴシック" w:eastAsia="BIZ UDゴシック" w:hAnsi="BIZ UDゴシック" w:hint="eastAsia"/>
                <w:b/>
                <w:lang w:eastAsia="ja-JP"/>
              </w:rPr>
              <w:t>出店要領</w:t>
            </w:r>
            <w:r w:rsidRPr="003C5FB9">
              <w:rPr>
                <w:rFonts w:ascii="BIZ UDゴシック" w:eastAsia="BIZ UDゴシック" w:hAnsi="BIZ UDゴシック"/>
                <w:b/>
                <w:lang w:eastAsia="ja-JP"/>
              </w:rPr>
              <w:t>抜粋 】</w:t>
            </w:r>
          </w:p>
          <w:p w14:paraId="2AF95549" w14:textId="6AE358C8" w:rsidR="00F57B6E" w:rsidRPr="003C5FB9" w:rsidRDefault="008506F9">
            <w:pPr>
              <w:spacing w:after="40"/>
              <w:ind w:left="120"/>
              <w:rPr>
                <w:rFonts w:ascii="BIZ UDゴシック" w:eastAsia="BIZ UDゴシック" w:hAnsi="BIZ UDゴシック"/>
              </w:rPr>
            </w:pPr>
            <w:r w:rsidRPr="003C5FB9">
              <w:rPr>
                <w:rFonts w:ascii="BIZ UDゴシック" w:eastAsia="BIZ UDゴシック" w:hAnsi="BIZ UDゴシック"/>
                <w:sz w:val="19"/>
              </w:rPr>
              <w:t xml:space="preserve">1. </w:t>
            </w:r>
            <w:proofErr w:type="spellStart"/>
            <w:r w:rsidRPr="003C5FB9">
              <w:rPr>
                <w:rFonts w:ascii="BIZ UDゴシック" w:eastAsia="BIZ UDゴシック" w:hAnsi="BIZ UDゴシック"/>
                <w:sz w:val="19"/>
              </w:rPr>
              <w:t>開催日時：令和</w:t>
            </w:r>
            <w:proofErr w:type="spellEnd"/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８</w:t>
            </w:r>
            <w:r w:rsidRPr="003C5FB9">
              <w:rPr>
                <w:rFonts w:ascii="BIZ UDゴシック" w:eastAsia="BIZ UDゴシック" w:hAnsi="BIZ UDゴシック"/>
                <w:sz w:val="19"/>
              </w:rPr>
              <w:t>年</w:t>
            </w:r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１２</w:t>
            </w:r>
            <w:r w:rsidRPr="003C5FB9">
              <w:rPr>
                <w:rFonts w:ascii="BIZ UDゴシック" w:eastAsia="BIZ UDゴシック" w:hAnsi="BIZ UDゴシック"/>
                <w:sz w:val="19"/>
              </w:rPr>
              <w:t>月</w:t>
            </w:r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１２</w:t>
            </w:r>
            <w:r w:rsidRPr="003C5FB9">
              <w:rPr>
                <w:rFonts w:ascii="BIZ UDゴシック" w:eastAsia="BIZ UDゴシック" w:hAnsi="BIZ UDゴシック"/>
                <w:sz w:val="19"/>
              </w:rPr>
              <w:t>日（</w:t>
            </w:r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土</w:t>
            </w:r>
            <w:r w:rsidRPr="003C5FB9">
              <w:rPr>
                <w:rFonts w:ascii="BIZ UDゴシック" w:eastAsia="BIZ UDゴシック" w:hAnsi="BIZ UDゴシック"/>
                <w:sz w:val="19"/>
              </w:rPr>
              <w:t>） 午前10時 ～ 午後3時 （</w:t>
            </w:r>
            <w:proofErr w:type="spellStart"/>
            <w:r w:rsidRPr="003C5FB9">
              <w:rPr>
                <w:rFonts w:ascii="BIZ UDゴシック" w:eastAsia="BIZ UDゴシック" w:hAnsi="BIZ UDゴシック"/>
                <w:sz w:val="19"/>
              </w:rPr>
              <w:t>雨天</w:t>
            </w:r>
            <w:proofErr w:type="spellEnd"/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決行</w:t>
            </w:r>
            <w:r w:rsidRPr="003C5FB9">
              <w:rPr>
                <w:rFonts w:ascii="BIZ UDゴシック" w:eastAsia="BIZ UDゴシック" w:hAnsi="BIZ UDゴシック"/>
                <w:sz w:val="19"/>
              </w:rPr>
              <w:t>）</w:t>
            </w:r>
          </w:p>
          <w:p w14:paraId="3A49ABA9" w14:textId="366B777D" w:rsidR="00F57B6E" w:rsidRPr="003C5FB9" w:rsidRDefault="008506F9">
            <w:pPr>
              <w:spacing w:after="40"/>
              <w:ind w:left="120"/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>2. 開催場所：</w:t>
            </w:r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八幡市立福祉会館　活動室３・４</w:t>
            </w:r>
          </w:p>
          <w:p w14:paraId="374B3994" w14:textId="04EB0E59" w:rsidR="00F57B6E" w:rsidRPr="003C5FB9" w:rsidRDefault="008506F9">
            <w:pPr>
              <w:spacing w:after="40"/>
              <w:ind w:left="120"/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 xml:space="preserve">3. 出店料金：1ブース　</w:t>
            </w:r>
            <w:r w:rsidR="00615E33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２，０００</w:t>
            </w: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 xml:space="preserve">円 </w:t>
            </w:r>
          </w:p>
          <w:p w14:paraId="5BECABAB" w14:textId="75FACD6E" w:rsidR="00F57B6E" w:rsidRPr="003C5FB9" w:rsidRDefault="008506F9">
            <w:pPr>
              <w:spacing w:after="40"/>
              <w:ind w:left="120"/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>4. 販売禁止品：</w:t>
            </w:r>
            <w:r w:rsidR="001B7DCB" w:rsidRPr="003C5FB9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>酒・たばこ類</w:t>
            </w: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>、医薬品、危険物、生き物、コピー商品、公序良俗に反するもの</w:t>
            </w:r>
            <w:r w:rsidR="00BD5C81">
              <w:rPr>
                <w:rFonts w:ascii="BIZ UDゴシック" w:eastAsia="BIZ UDゴシック" w:hAnsi="BIZ UDゴシック" w:hint="eastAsia"/>
                <w:sz w:val="19"/>
                <w:lang w:eastAsia="ja-JP"/>
              </w:rPr>
              <w:t xml:space="preserve">　など</w:t>
            </w:r>
          </w:p>
          <w:p w14:paraId="2182B536" w14:textId="77777777" w:rsidR="00F57B6E" w:rsidRPr="003C5FB9" w:rsidRDefault="008506F9">
            <w:pPr>
              <w:spacing w:after="40"/>
              <w:ind w:left="120"/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9"/>
                <w:lang w:eastAsia="ja-JP"/>
              </w:rPr>
              <w:t>5. 注意事項：出店場所の配置は主催者に一任いただきます。ゴミは必ず各自でお持ち帰りください。</w:t>
            </w:r>
          </w:p>
        </w:tc>
      </w:tr>
    </w:tbl>
    <w:p w14:paraId="638834CD" w14:textId="77777777" w:rsidR="00F57B6E" w:rsidRPr="003C5FB9" w:rsidRDefault="00F57B6E">
      <w:pPr>
        <w:spacing w:after="240"/>
        <w:rPr>
          <w:rFonts w:ascii="BIZ UDゴシック" w:eastAsia="BIZ UDゴシック" w:hAnsi="BIZ UDゴシック"/>
          <w:lang w:eastAsia="ja-JP"/>
        </w:rPr>
      </w:pPr>
    </w:p>
    <w:tbl>
      <w:tblPr>
        <w:tblW w:w="0" w:type="auto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D0D0D0"/>
          <w:insideV w:val="single" w:sz="4" w:space="0" w:color="D0D0D0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7001"/>
      </w:tblGrid>
      <w:tr w:rsidR="00F57B6E" w:rsidRPr="003C5FB9" w14:paraId="5764C079" w14:textId="77777777" w:rsidTr="004C369C">
        <w:trPr>
          <w:trHeight w:val="435"/>
        </w:trPr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B5E84D8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t>フリガナ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41B53A4" w14:textId="77777777" w:rsidR="00F57B6E" w:rsidRPr="003C5FB9" w:rsidRDefault="008506F9">
            <w:pPr>
              <w:rPr>
                <w:rFonts w:ascii="BIZ UDゴシック" w:eastAsia="BIZ UDゴシック" w:hAnsi="BIZ UDゴシック"/>
              </w:rPr>
            </w:pPr>
            <w:r w:rsidRPr="003C5FB9">
              <w:rPr>
                <w:rFonts w:ascii="BIZ UDゴシック" w:eastAsia="BIZ UDゴシック" w:hAnsi="BIZ UDゴシック"/>
                <w:sz w:val="20"/>
              </w:rPr>
              <w:br/>
            </w:r>
          </w:p>
        </w:tc>
      </w:tr>
      <w:tr w:rsidR="00F57B6E" w:rsidRPr="003C5FB9" w14:paraId="78D75ACE" w14:textId="77777777" w:rsidTr="004C369C"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4F38D293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t>出店代表者氏名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5C9F191" w14:textId="41F3C590" w:rsidR="004C369C" w:rsidRPr="003C5FB9" w:rsidRDefault="008506F9">
            <w:pPr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  <w:t>（※グループ</w:t>
            </w:r>
            <w:r w:rsidR="00BD5C81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・団体</w:t>
            </w:r>
            <w:r w:rsidRPr="003C5FB9"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  <w:t xml:space="preserve">等の場合は代表者名をご記入ください） </w:t>
            </w:r>
          </w:p>
          <w:p w14:paraId="7F145DCB" w14:textId="77777777" w:rsidR="004C369C" w:rsidRPr="003C5FB9" w:rsidRDefault="004C369C">
            <w:pPr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</w:pPr>
          </w:p>
          <w:p w14:paraId="51F32B77" w14:textId="72FCFF33" w:rsidR="00F57B6E" w:rsidRPr="003C5FB9" w:rsidRDefault="004C369C">
            <w:pPr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 xml:space="preserve">　　　　　　　　　　　　　　　　　　　　　　　　　　　　</w:t>
            </w:r>
          </w:p>
        </w:tc>
      </w:tr>
      <w:tr w:rsidR="00F57B6E" w:rsidRPr="003C5FB9" w14:paraId="48E3147F" w14:textId="77777777" w:rsidTr="004C369C"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78C38439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t>ご住所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FB4746A" w14:textId="77777777" w:rsidR="00F57B6E" w:rsidRPr="003C5FB9" w:rsidRDefault="008506F9">
            <w:pPr>
              <w:rPr>
                <w:rFonts w:ascii="BIZ UDゴシック" w:eastAsia="BIZ UDゴシック" w:hAnsi="BIZ UDゴシック"/>
              </w:rPr>
            </w:pPr>
            <w:r w:rsidRPr="003C5FB9">
              <w:rPr>
                <w:rFonts w:ascii="BIZ UDゴシック" w:eastAsia="BIZ UDゴシック" w:hAnsi="BIZ UDゴシック"/>
                <w:sz w:val="20"/>
              </w:rPr>
              <w:t>〒</w:t>
            </w:r>
            <w:r w:rsidRPr="003C5FB9">
              <w:rPr>
                <w:rFonts w:ascii="BIZ UDゴシック" w:eastAsia="BIZ UDゴシック" w:hAnsi="BIZ UDゴシック"/>
                <w:sz w:val="20"/>
              </w:rPr>
              <w:br/>
            </w:r>
            <w:r w:rsidRPr="003C5FB9">
              <w:rPr>
                <w:rFonts w:ascii="BIZ UDゴシック" w:eastAsia="BIZ UDゴシック" w:hAnsi="BIZ UDゴシック"/>
                <w:sz w:val="20"/>
              </w:rPr>
              <w:br/>
            </w:r>
          </w:p>
        </w:tc>
      </w:tr>
      <w:tr w:rsidR="00F57B6E" w:rsidRPr="003C5FB9" w14:paraId="7CFC9C5A" w14:textId="77777777" w:rsidTr="004C369C"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4A962E11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t>電話番号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770359F5" w14:textId="77777777" w:rsidR="004C369C" w:rsidRPr="003C5FB9" w:rsidRDefault="008506F9">
            <w:pPr>
              <w:rPr>
                <w:rFonts w:ascii="BIZ UDゴシック" w:eastAsia="BIZ UDゴシック" w:hAnsi="BIZ UDゴシック"/>
                <w:sz w:val="20"/>
                <w:lang w:eastAsia="ja-JP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sz w:val="20"/>
              </w:rPr>
              <w:t>自宅</w:t>
            </w:r>
            <w:proofErr w:type="spellEnd"/>
            <w:r w:rsidRPr="003C5FB9">
              <w:rPr>
                <w:rFonts w:ascii="BIZ UDゴシック" w:eastAsia="BIZ UDゴシック" w:hAnsi="BIZ UDゴシック"/>
                <w:sz w:val="20"/>
              </w:rPr>
              <w:t>：</w:t>
            </w:r>
            <w:r w:rsidR="004C369C" w:rsidRPr="003C5FB9">
              <w:rPr>
                <w:rFonts w:ascii="BIZ UDゴシック" w:eastAsia="BIZ UDゴシック" w:hAnsi="BIZ UDゴシック" w:hint="eastAsia"/>
                <w:sz w:val="20"/>
                <w:lang w:eastAsia="ja-JP"/>
              </w:rPr>
              <w:t xml:space="preserve">　</w:t>
            </w:r>
          </w:p>
          <w:p w14:paraId="2C203BF9" w14:textId="77777777" w:rsidR="00F57B6E" w:rsidRPr="003C5FB9" w:rsidRDefault="008506F9">
            <w:pPr>
              <w:rPr>
                <w:rFonts w:ascii="BIZ UDゴシック" w:eastAsia="BIZ UDゴシック" w:hAnsi="BIZ UDゴシック"/>
                <w:sz w:val="20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20"/>
              </w:rPr>
              <w:br/>
            </w:r>
            <w:proofErr w:type="spellStart"/>
            <w:r w:rsidRPr="003C5FB9">
              <w:rPr>
                <w:rFonts w:ascii="BIZ UDゴシック" w:eastAsia="BIZ UDゴシック" w:hAnsi="BIZ UDゴシック"/>
                <w:sz w:val="20"/>
              </w:rPr>
              <w:t>携帯</w:t>
            </w:r>
            <w:proofErr w:type="spellEnd"/>
            <w:r w:rsidRPr="003C5FB9">
              <w:rPr>
                <w:rFonts w:ascii="BIZ UDゴシック" w:eastAsia="BIZ UDゴシック" w:hAnsi="BIZ UDゴシック"/>
                <w:sz w:val="20"/>
              </w:rPr>
              <w:t>：</w:t>
            </w:r>
          </w:p>
          <w:p w14:paraId="7E722B85" w14:textId="2BEB2551" w:rsidR="004C369C" w:rsidRPr="003C5FB9" w:rsidRDefault="004C369C">
            <w:pPr>
              <w:rPr>
                <w:rFonts w:ascii="BIZ UDゴシック" w:eastAsia="BIZ UDゴシック" w:hAnsi="BIZ UDゴシック"/>
                <w:lang w:eastAsia="ja-JP"/>
              </w:rPr>
            </w:pPr>
          </w:p>
        </w:tc>
      </w:tr>
      <w:tr w:rsidR="00F57B6E" w:rsidRPr="003C5FB9" w14:paraId="719A391B" w14:textId="77777777" w:rsidTr="004C369C"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2071F76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lastRenderedPageBreak/>
              <w:t>メールアドレス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64EA198" w14:textId="77777777" w:rsidR="00F57B6E" w:rsidRPr="003C5FB9" w:rsidRDefault="008506F9">
            <w:pPr>
              <w:rPr>
                <w:rFonts w:ascii="BIZ UDゴシック" w:eastAsia="BIZ UDゴシック" w:hAnsi="BIZ UDゴシック"/>
              </w:rPr>
            </w:pPr>
            <w:r w:rsidRPr="003C5FB9">
              <w:rPr>
                <w:rFonts w:ascii="BIZ UDゴシック" w:eastAsia="BIZ UDゴシック" w:hAnsi="BIZ UDゴシック"/>
                <w:sz w:val="20"/>
              </w:rPr>
              <w:br/>
            </w:r>
          </w:p>
        </w:tc>
      </w:tr>
      <w:tr w:rsidR="00F57B6E" w:rsidRPr="003C5FB9" w14:paraId="551C5F44" w14:textId="77777777" w:rsidTr="004C369C">
        <w:trPr>
          <w:trHeight w:val="1434"/>
        </w:trPr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448DBF70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  <w:lang w:eastAsia="ja-JP"/>
              </w:rPr>
              <w:t>出店内容・主な販売品</w:t>
            </w:r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0CF604A1" w14:textId="15431CE2" w:rsidR="00F57B6E" w:rsidRPr="003C5FB9" w:rsidRDefault="008506F9">
            <w:pPr>
              <w:rPr>
                <w:rFonts w:ascii="BIZ UDゴシック" w:eastAsia="BIZ UDゴシック" w:hAnsi="BIZ UDゴシック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  <w:t>（具体的にご記入ください。例：子供服、手芸雑貨、家庭の不用品など）</w:t>
            </w:r>
            <w:r w:rsidRPr="003C5FB9"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  <w:br/>
            </w:r>
            <w:r w:rsidR="001B7DCB" w:rsidRPr="003C5FB9">
              <w:rPr>
                <w:rFonts w:ascii="BIZ UDゴシック" w:eastAsia="BIZ UDゴシック" w:hAnsi="BIZ UDゴシック" w:hint="eastAsia"/>
                <w:sz w:val="20"/>
                <w:lang w:eastAsia="ja-JP"/>
              </w:rPr>
              <w:t>（</w:t>
            </w:r>
            <w:r w:rsidR="004959D1" w:rsidRPr="00094324">
              <w:rPr>
                <w:rFonts w:ascii="BIZ UDゴシック" w:eastAsia="BIZ UDゴシック" w:hAnsi="BIZ UDゴシック" w:hint="eastAsia"/>
                <w:sz w:val="20"/>
                <w:u w:val="wave"/>
                <w:lang w:eastAsia="ja-JP"/>
              </w:rPr>
              <w:t>※</w:t>
            </w:r>
            <w:r w:rsidR="001B7DCB" w:rsidRPr="00094324">
              <w:rPr>
                <w:rFonts w:ascii="BIZ UDゴシック" w:eastAsia="BIZ UDゴシック" w:hAnsi="BIZ UDゴシック" w:hint="eastAsia"/>
                <w:sz w:val="20"/>
                <w:u w:val="wave"/>
                <w:lang w:eastAsia="ja-JP"/>
              </w:rPr>
              <w:t>食品を取り扱う場合は必ずお問合せください</w:t>
            </w:r>
            <w:r w:rsidR="001B7DCB" w:rsidRPr="003C5FB9">
              <w:rPr>
                <w:rFonts w:ascii="BIZ UDゴシック" w:eastAsia="BIZ UDゴシック" w:hAnsi="BIZ UDゴシック" w:hint="eastAsia"/>
                <w:sz w:val="20"/>
                <w:lang w:eastAsia="ja-JP"/>
              </w:rPr>
              <w:t>）</w:t>
            </w:r>
            <w:r w:rsidRPr="003C5FB9">
              <w:rPr>
                <w:rFonts w:ascii="BIZ UDゴシック" w:eastAsia="BIZ UDゴシック" w:hAnsi="BIZ UDゴシック"/>
                <w:sz w:val="20"/>
                <w:lang w:eastAsia="ja-JP"/>
              </w:rPr>
              <w:br/>
            </w:r>
          </w:p>
        </w:tc>
      </w:tr>
      <w:tr w:rsidR="001B7DCB" w:rsidRPr="003C5FB9" w14:paraId="5F9D3334" w14:textId="77777777" w:rsidTr="004C369C">
        <w:trPr>
          <w:trHeight w:val="1434"/>
        </w:trPr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0B38A757" w14:textId="66F4BCB5" w:rsidR="001B7DCB" w:rsidRPr="003C5FB9" w:rsidRDefault="00BD5C81">
            <w:pPr>
              <w:jc w:val="center"/>
              <w:rPr>
                <w:rFonts w:ascii="BIZ UDゴシック" w:eastAsia="BIZ UDゴシック" w:hAnsi="BIZ UDゴシック"/>
                <w:b/>
                <w:sz w:val="22"/>
                <w:szCs w:val="28"/>
                <w:lang w:eastAsia="ja-JP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  <w:szCs w:val="28"/>
                <w:lang w:eastAsia="ja-JP"/>
              </w:rPr>
              <w:t>ブース数</w:t>
            </w:r>
            <w:r w:rsidR="001B7DCB" w:rsidRPr="003C5FB9">
              <w:rPr>
                <w:rFonts w:ascii="BIZ UDゴシック" w:eastAsia="BIZ UDゴシック" w:hAnsi="BIZ UDゴシック" w:hint="eastAsia"/>
                <w:b/>
                <w:sz w:val="22"/>
                <w:szCs w:val="28"/>
                <w:lang w:eastAsia="ja-JP"/>
              </w:rPr>
              <w:t>および</w:t>
            </w:r>
          </w:p>
          <w:p w14:paraId="4CB2EE49" w14:textId="4AEFF894" w:rsidR="001B7DCB" w:rsidRPr="003C5FB9" w:rsidRDefault="00BD5C81">
            <w:pPr>
              <w:jc w:val="center"/>
              <w:rPr>
                <w:rFonts w:ascii="BIZ UDゴシック" w:eastAsia="BIZ UDゴシック" w:hAnsi="BIZ UDゴシック"/>
                <w:b/>
                <w:sz w:val="22"/>
                <w:szCs w:val="28"/>
                <w:lang w:eastAsia="ja-JP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  <w:szCs w:val="28"/>
                <w:lang w:eastAsia="ja-JP"/>
              </w:rPr>
              <w:t>貸出希望物品</w:t>
            </w:r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0E0AF93" w14:textId="2775987C" w:rsidR="001B7DCB" w:rsidRPr="003C5FB9" w:rsidRDefault="001B7DCB" w:rsidP="001B7DCB">
            <w:pPr>
              <w:snapToGrid w:val="0"/>
              <w:contextualSpacing/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</w:pPr>
            <w:r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（出店希望ブース数</w:t>
            </w:r>
            <w:r w:rsidR="00BD5C81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及び</w:t>
            </w:r>
            <w:r w:rsidR="00BD5C81"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主催者側に机や椅子を借りたい場合</w:t>
            </w:r>
            <w:r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）</w:t>
            </w:r>
          </w:p>
          <w:p w14:paraId="2AD5D9A6" w14:textId="4548BD71" w:rsidR="001B7DCB" w:rsidRPr="003C5FB9" w:rsidRDefault="001B7DCB" w:rsidP="001B7DCB">
            <w:pPr>
              <w:snapToGrid w:val="0"/>
              <w:contextualSpacing/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</w:pPr>
            <w:r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（※</w:t>
            </w:r>
            <w:r w:rsidR="00BD5C81"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ブース数２ブースまで</w:t>
            </w:r>
            <w:r w:rsidR="00BD5C81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 xml:space="preserve">　</w:t>
            </w:r>
            <w:r w:rsidRPr="003C5FB9"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  <w:t>最大机１脚、椅子２脚　）</w:t>
            </w:r>
          </w:p>
          <w:p w14:paraId="7209CEC7" w14:textId="77777777" w:rsidR="001B7DCB" w:rsidRPr="003C5FB9" w:rsidRDefault="001B7DCB" w:rsidP="001B7DCB">
            <w:pPr>
              <w:snapToGrid w:val="0"/>
              <w:contextualSpacing/>
              <w:rPr>
                <w:rFonts w:ascii="BIZ UDゴシック" w:eastAsia="BIZ UDゴシック" w:hAnsi="BIZ UDゴシック"/>
                <w:sz w:val="18"/>
                <w:szCs w:val="21"/>
                <w:lang w:eastAsia="ja-JP"/>
              </w:rPr>
            </w:pPr>
          </w:p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1414"/>
              <w:gridCol w:w="5272"/>
            </w:tblGrid>
            <w:tr w:rsidR="001B7DCB" w:rsidRPr="003C5FB9" w14:paraId="5A0712E9" w14:textId="77777777" w:rsidTr="001B7DCB">
              <w:tc>
                <w:tcPr>
                  <w:tcW w:w="1414" w:type="dxa"/>
                </w:tcPr>
                <w:p w14:paraId="00A2C806" w14:textId="22D14A4D" w:rsidR="001B7DCB" w:rsidRPr="003C5FB9" w:rsidRDefault="00BD5C81" w:rsidP="001B7DCB">
                  <w:pPr>
                    <w:snapToGrid w:val="0"/>
                    <w:contextualSpacing/>
                    <w:jc w:val="center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ブース</w:t>
                  </w:r>
                </w:p>
              </w:tc>
              <w:tc>
                <w:tcPr>
                  <w:tcW w:w="5272" w:type="dxa"/>
                </w:tcPr>
                <w:p w14:paraId="7FE046BF" w14:textId="761751FE" w:rsidR="001B7DCB" w:rsidRPr="003C5FB9" w:rsidRDefault="00BD5C81" w:rsidP="001B7DCB">
                  <w:pPr>
                    <w:snapToGrid w:val="0"/>
                    <w:contextualSpacing/>
                    <w:jc w:val="right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ブース</w:t>
                  </w:r>
                </w:p>
              </w:tc>
            </w:tr>
            <w:tr w:rsidR="001B7DCB" w:rsidRPr="003C5FB9" w14:paraId="22E9691C" w14:textId="77777777" w:rsidTr="001B7DCB">
              <w:tc>
                <w:tcPr>
                  <w:tcW w:w="1414" w:type="dxa"/>
                </w:tcPr>
                <w:p w14:paraId="5C6D4DE2" w14:textId="330C3B3C" w:rsidR="001B7DCB" w:rsidRPr="003C5FB9" w:rsidRDefault="00BD5C81" w:rsidP="001B7DCB">
                  <w:pPr>
                    <w:snapToGrid w:val="0"/>
                    <w:contextualSpacing/>
                    <w:jc w:val="center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机</w:t>
                  </w:r>
                </w:p>
              </w:tc>
              <w:tc>
                <w:tcPr>
                  <w:tcW w:w="5272" w:type="dxa"/>
                </w:tcPr>
                <w:p w14:paraId="6851BDC0" w14:textId="212374CE" w:rsidR="001B7DCB" w:rsidRPr="003C5FB9" w:rsidRDefault="00BD5C81" w:rsidP="001B7DCB">
                  <w:pPr>
                    <w:snapToGrid w:val="0"/>
                    <w:contextualSpacing/>
                    <w:jc w:val="right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脚</w:t>
                  </w:r>
                </w:p>
              </w:tc>
            </w:tr>
            <w:tr w:rsidR="001B7DCB" w:rsidRPr="003C5FB9" w14:paraId="454696A0" w14:textId="77777777" w:rsidTr="001B7DCB">
              <w:tc>
                <w:tcPr>
                  <w:tcW w:w="1414" w:type="dxa"/>
                </w:tcPr>
                <w:p w14:paraId="6F722266" w14:textId="5705DFF7" w:rsidR="001B7DCB" w:rsidRPr="003C5FB9" w:rsidRDefault="00BD5C81" w:rsidP="001B7DCB">
                  <w:pPr>
                    <w:snapToGrid w:val="0"/>
                    <w:contextualSpacing/>
                    <w:jc w:val="center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椅子</w:t>
                  </w:r>
                </w:p>
              </w:tc>
              <w:tc>
                <w:tcPr>
                  <w:tcW w:w="5272" w:type="dxa"/>
                </w:tcPr>
                <w:p w14:paraId="089E8AFC" w14:textId="5D6C1E23" w:rsidR="001B7DCB" w:rsidRPr="003C5FB9" w:rsidRDefault="00BD5C81" w:rsidP="001B7DCB">
                  <w:pPr>
                    <w:snapToGrid w:val="0"/>
                    <w:contextualSpacing/>
                    <w:jc w:val="right"/>
                    <w:rPr>
                      <w:rFonts w:ascii="BIZ UDゴシック" w:eastAsia="BIZ UDゴシック" w:hAnsi="BIZ UDゴシック"/>
                      <w:sz w:val="18"/>
                      <w:szCs w:val="21"/>
                      <w:lang w:eastAsia="ja-JP"/>
                    </w:rPr>
                  </w:pPr>
                  <w:r>
                    <w:rPr>
                      <w:rFonts w:ascii="BIZ UDゴシック" w:eastAsia="BIZ UDゴシック" w:hAnsi="BIZ UDゴシック" w:hint="eastAsia"/>
                      <w:sz w:val="18"/>
                      <w:szCs w:val="21"/>
                      <w:lang w:eastAsia="ja-JP"/>
                    </w:rPr>
                    <w:t>脚</w:t>
                  </w:r>
                </w:p>
              </w:tc>
            </w:tr>
          </w:tbl>
          <w:p w14:paraId="076C44EF" w14:textId="62C9D614" w:rsidR="001B7DCB" w:rsidRPr="003C5FB9" w:rsidRDefault="001B7DCB" w:rsidP="001B7DCB">
            <w:pPr>
              <w:snapToGrid w:val="0"/>
              <w:contextualSpacing/>
              <w:rPr>
                <w:rFonts w:ascii="BIZ UDゴシック" w:eastAsia="BIZ UDゴシック" w:hAnsi="BIZ UDゴシック" w:hint="eastAsia"/>
                <w:sz w:val="18"/>
                <w:szCs w:val="21"/>
                <w:lang w:eastAsia="ja-JP"/>
              </w:rPr>
            </w:pPr>
          </w:p>
        </w:tc>
      </w:tr>
      <w:tr w:rsidR="00F57B6E" w:rsidRPr="003C5FB9" w14:paraId="339CEF25" w14:textId="77777777" w:rsidTr="004C369C">
        <w:tc>
          <w:tcPr>
            <w:tcW w:w="2935" w:type="dxa"/>
            <w:shd w:val="clear" w:color="auto" w:fill="E9EEF4"/>
            <w:tcMar>
              <w:top w:w="140" w:type="dxa"/>
              <w:left w:w="100" w:type="dxa"/>
              <w:bottom w:w="140" w:type="dxa"/>
              <w:right w:w="100" w:type="dxa"/>
            </w:tcMar>
          </w:tcPr>
          <w:p w14:paraId="2D25141C" w14:textId="77777777" w:rsidR="00F57B6E" w:rsidRPr="003C5FB9" w:rsidRDefault="008506F9">
            <w:pPr>
              <w:jc w:val="center"/>
              <w:rPr>
                <w:rFonts w:ascii="BIZ UDゴシック" w:eastAsia="BIZ UDゴシック" w:hAnsi="BIZ UDゴシック"/>
                <w:sz w:val="22"/>
                <w:szCs w:val="28"/>
              </w:rPr>
            </w:pPr>
            <w:proofErr w:type="spellStart"/>
            <w:r w:rsidRPr="003C5FB9">
              <w:rPr>
                <w:rFonts w:ascii="BIZ UDゴシック" w:eastAsia="BIZ UDゴシック" w:hAnsi="BIZ UDゴシック"/>
                <w:b/>
                <w:sz w:val="22"/>
                <w:szCs w:val="28"/>
              </w:rPr>
              <w:t>誓約・同意欄</w:t>
            </w:r>
            <w:proofErr w:type="spellEnd"/>
          </w:p>
        </w:tc>
        <w:tc>
          <w:tcPr>
            <w:tcW w:w="7001" w:type="dxa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5E0E0F19" w14:textId="77777777" w:rsidR="00362D78" w:rsidRDefault="008506F9">
            <w:pPr>
              <w:rPr>
                <w:rFonts w:ascii="BIZ UDゴシック" w:eastAsia="BIZ UDゴシック" w:hAnsi="BIZ UDゴシック"/>
                <w:sz w:val="18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8"/>
                <w:lang w:eastAsia="ja-JP"/>
              </w:rPr>
              <w:t>私は、出店</w:t>
            </w:r>
            <w:r w:rsidR="004C369C" w:rsidRPr="003C5FB9">
              <w:rPr>
                <w:rFonts w:ascii="BIZ UDゴシック" w:eastAsia="BIZ UDゴシック" w:hAnsi="BIZ UDゴシック" w:hint="eastAsia"/>
                <w:sz w:val="18"/>
                <w:lang w:eastAsia="ja-JP"/>
              </w:rPr>
              <w:t>要領</w:t>
            </w:r>
            <w:r w:rsidRPr="003C5FB9">
              <w:rPr>
                <w:rFonts w:ascii="BIZ UDゴシック" w:eastAsia="BIZ UDゴシック" w:hAnsi="BIZ UDゴシック"/>
                <w:sz w:val="18"/>
                <w:lang w:eastAsia="ja-JP"/>
              </w:rPr>
              <w:t>および注意事項を遵守</w:t>
            </w:r>
            <w:r w:rsidR="00362D78">
              <w:rPr>
                <w:rFonts w:ascii="BIZ UDゴシック" w:eastAsia="BIZ UDゴシック" w:hAnsi="BIZ UDゴシック" w:hint="eastAsia"/>
                <w:sz w:val="18"/>
                <w:lang w:eastAsia="ja-JP"/>
              </w:rPr>
              <w:t>することに</w:t>
            </w:r>
            <w:r w:rsidRPr="003C5FB9">
              <w:rPr>
                <w:rFonts w:ascii="BIZ UDゴシック" w:eastAsia="BIZ UDゴシック" w:hAnsi="BIZ UDゴシック"/>
                <w:sz w:val="18"/>
                <w:lang w:eastAsia="ja-JP"/>
              </w:rPr>
              <w:t>同意します。</w:t>
            </w:r>
            <w:r w:rsidRPr="003C5FB9">
              <w:rPr>
                <w:rFonts w:ascii="BIZ UDゴシック" w:eastAsia="BIZ UDゴシック" w:hAnsi="BIZ UDゴシック"/>
                <w:sz w:val="18"/>
                <w:lang w:eastAsia="ja-JP"/>
              </w:rPr>
              <w:br/>
            </w:r>
            <w:r w:rsidR="00362D78">
              <w:rPr>
                <w:rFonts w:ascii="BIZ UDゴシック" w:eastAsia="BIZ UDゴシック" w:hAnsi="BIZ UDゴシック" w:hint="eastAsia"/>
                <w:sz w:val="18"/>
                <w:lang w:eastAsia="ja-JP"/>
              </w:rPr>
              <w:t>（✓してください）</w:t>
            </w:r>
          </w:p>
          <w:p w14:paraId="028140BB" w14:textId="21B12E12" w:rsidR="00F57B6E" w:rsidRPr="00362D78" w:rsidRDefault="008506F9">
            <w:pPr>
              <w:rPr>
                <w:rFonts w:ascii="BIZ UDゴシック" w:eastAsia="BIZ UDゴシック" w:hAnsi="BIZ UDゴシック"/>
                <w:sz w:val="18"/>
                <w:lang w:eastAsia="ja-JP"/>
              </w:rPr>
            </w:pPr>
            <w:r w:rsidRPr="003C5FB9">
              <w:rPr>
                <w:rFonts w:ascii="BIZ UDゴシック" w:eastAsia="BIZ UDゴシック" w:hAnsi="BIZ UDゴシック"/>
                <w:sz w:val="18"/>
                <w:lang w:eastAsia="ja-JP"/>
              </w:rPr>
              <w:br/>
            </w:r>
            <w:r w:rsidR="00362D78" w:rsidRPr="00362D78">
              <w:rPr>
                <w:rFonts w:ascii="BIZ UDゴシック" w:eastAsia="BIZ UDゴシック" w:hAnsi="BIZ UDゴシック" w:hint="eastAsia"/>
                <w:sz w:val="22"/>
                <w:szCs w:val="32"/>
                <w:lang w:eastAsia="ja-JP"/>
              </w:rPr>
              <w:t>同意</w:t>
            </w:r>
            <w:r w:rsidR="00362D78">
              <w:rPr>
                <w:rFonts w:ascii="BIZ UDゴシック" w:eastAsia="BIZ UDゴシック" w:hAnsi="BIZ UDゴシック" w:hint="eastAsia"/>
                <w:sz w:val="22"/>
                <w:szCs w:val="32"/>
                <w:lang w:eastAsia="ja-JP"/>
              </w:rPr>
              <w:t xml:space="preserve">：　</w:t>
            </w:r>
            <w:r w:rsidR="00362D78" w:rsidRPr="00362D78">
              <w:rPr>
                <w:rFonts w:ascii="BIZ UDゴシック" w:eastAsia="BIZ UDゴシック" w:hAnsi="BIZ UDゴシック" w:hint="eastAsia"/>
                <w:sz w:val="36"/>
                <w:szCs w:val="48"/>
                <w:lang w:eastAsia="ja-JP"/>
              </w:rPr>
              <w:t>□</w:t>
            </w:r>
          </w:p>
        </w:tc>
      </w:tr>
    </w:tbl>
    <w:p w14:paraId="268F348A" w14:textId="77777777" w:rsidR="00F57B6E" w:rsidRPr="003C5FB9" w:rsidRDefault="00F57B6E">
      <w:pPr>
        <w:spacing w:after="240"/>
        <w:rPr>
          <w:rFonts w:ascii="BIZ UDゴシック" w:eastAsia="BIZ UDゴシック" w:hAnsi="BIZ UDゴシック"/>
          <w:lang w:eastAsia="ja-JP"/>
        </w:rPr>
      </w:pPr>
    </w:p>
    <w:p w14:paraId="5EDF514C" w14:textId="77777777" w:rsidR="00F57B6E" w:rsidRPr="003C5FB9" w:rsidRDefault="008506F9">
      <w:pPr>
        <w:spacing w:after="80"/>
        <w:rPr>
          <w:rFonts w:ascii="BIZ UDゴシック" w:eastAsia="BIZ UDゴシック" w:hAnsi="BIZ UDゴシック"/>
          <w:lang w:eastAsia="ja-JP"/>
        </w:rPr>
      </w:pPr>
      <w:r w:rsidRPr="003C5FB9">
        <w:rPr>
          <w:rFonts w:ascii="BIZ UDゴシック" w:eastAsia="BIZ UDゴシック" w:hAnsi="BIZ UDゴシック"/>
          <w:b/>
          <w:lang w:eastAsia="ja-JP"/>
        </w:rPr>
        <w:t>【お問い合わせ・書類提出先】</w:t>
      </w:r>
    </w:p>
    <w:p w14:paraId="383EAF2B" w14:textId="25E45B1D" w:rsidR="00F57B6E" w:rsidRPr="003C5FB9" w:rsidRDefault="00615E33">
      <w:pPr>
        <w:spacing w:after="40"/>
        <w:rPr>
          <w:rFonts w:ascii="BIZ UDゴシック" w:eastAsia="BIZ UDゴシック" w:hAnsi="BIZ UDゴシック"/>
          <w:lang w:eastAsia="ja-JP"/>
        </w:rPr>
      </w:pPr>
      <w:r w:rsidRPr="003C5FB9">
        <w:rPr>
          <w:rFonts w:ascii="BIZ UDゴシック" w:eastAsia="BIZ UDゴシック" w:hAnsi="BIZ UDゴシック" w:hint="eastAsia"/>
          <w:sz w:val="19"/>
          <w:lang w:eastAsia="ja-JP"/>
        </w:rPr>
        <w:t>八幡</w:t>
      </w:r>
      <w:r w:rsidRPr="003C5FB9">
        <w:rPr>
          <w:rFonts w:ascii="BIZ UDゴシック" w:eastAsia="BIZ UDゴシック" w:hAnsi="BIZ UDゴシック"/>
          <w:sz w:val="19"/>
          <w:lang w:eastAsia="ja-JP"/>
        </w:rPr>
        <w:t xml:space="preserve">市社会福祉協議会　</w:t>
      </w:r>
      <w:r w:rsidRPr="003C5FB9">
        <w:rPr>
          <w:rFonts w:ascii="BIZ UDゴシック" w:eastAsia="BIZ UDゴシック" w:hAnsi="BIZ UDゴシック" w:hint="eastAsia"/>
          <w:sz w:val="19"/>
          <w:lang w:eastAsia="ja-JP"/>
        </w:rPr>
        <w:t>福祉課</w:t>
      </w:r>
    </w:p>
    <w:p w14:paraId="57D2E74D" w14:textId="34D0D742" w:rsidR="00F57B6E" w:rsidRPr="003C5FB9" w:rsidRDefault="008506F9">
      <w:pPr>
        <w:spacing w:after="40"/>
        <w:rPr>
          <w:rFonts w:ascii="BIZ UDゴシック" w:eastAsia="BIZ UDゴシック" w:hAnsi="BIZ UDゴシック"/>
          <w:lang w:eastAsia="ja-JP"/>
        </w:rPr>
      </w:pPr>
      <w:proofErr w:type="spellStart"/>
      <w:r w:rsidRPr="003C5FB9">
        <w:rPr>
          <w:rFonts w:ascii="BIZ UDゴシック" w:eastAsia="BIZ UDゴシック" w:hAnsi="BIZ UDゴシック"/>
          <w:sz w:val="19"/>
        </w:rPr>
        <w:t>住所</w:t>
      </w:r>
      <w:proofErr w:type="spellEnd"/>
      <w:r w:rsidRPr="003C5FB9">
        <w:rPr>
          <w:rFonts w:ascii="BIZ UDゴシック" w:eastAsia="BIZ UDゴシック" w:hAnsi="BIZ UDゴシック"/>
          <w:sz w:val="19"/>
        </w:rPr>
        <w:t>：〒</w:t>
      </w:r>
      <w:r w:rsidR="00615E33" w:rsidRPr="003C5FB9">
        <w:rPr>
          <w:rFonts w:ascii="BIZ UDゴシック" w:eastAsia="BIZ UDゴシック" w:hAnsi="BIZ UDゴシック" w:hint="eastAsia"/>
          <w:sz w:val="19"/>
          <w:lang w:eastAsia="ja-JP"/>
        </w:rPr>
        <w:t>614-8022　京都府八幡市八幡東浦５番地</w:t>
      </w:r>
    </w:p>
    <w:p w14:paraId="51005747" w14:textId="3FDC4B53" w:rsidR="00F57B6E" w:rsidRPr="003C5FB9" w:rsidRDefault="008506F9">
      <w:pPr>
        <w:spacing w:after="40"/>
        <w:rPr>
          <w:rFonts w:ascii="BIZ UDゴシック" w:eastAsia="BIZ UDゴシック" w:hAnsi="BIZ UDゴシック"/>
        </w:rPr>
      </w:pPr>
      <w:r w:rsidRPr="003C5FB9">
        <w:rPr>
          <w:rFonts w:ascii="BIZ UDゴシック" w:eastAsia="BIZ UDゴシック" w:hAnsi="BIZ UDゴシック"/>
          <w:sz w:val="19"/>
        </w:rPr>
        <w:t>TEL：0</w:t>
      </w:r>
      <w:r w:rsidR="00615E33" w:rsidRPr="003C5FB9">
        <w:rPr>
          <w:rFonts w:ascii="BIZ UDゴシック" w:eastAsia="BIZ UDゴシック" w:hAnsi="BIZ UDゴシック" w:hint="eastAsia"/>
          <w:sz w:val="19"/>
          <w:lang w:eastAsia="ja-JP"/>
        </w:rPr>
        <w:t>75-983-4450</w:t>
      </w:r>
      <w:r w:rsidRPr="003C5FB9">
        <w:rPr>
          <w:rFonts w:ascii="BIZ UDゴシック" w:eastAsia="BIZ UDゴシック" w:hAnsi="BIZ UDゴシック"/>
          <w:sz w:val="19"/>
        </w:rPr>
        <w:t xml:space="preserve">　/　FAX：</w:t>
      </w:r>
      <w:r w:rsidR="00615E33" w:rsidRPr="003C5FB9">
        <w:rPr>
          <w:rFonts w:ascii="BIZ UDゴシック" w:eastAsia="BIZ UDゴシック" w:hAnsi="BIZ UDゴシック" w:hint="eastAsia"/>
          <w:sz w:val="19"/>
          <w:lang w:eastAsia="ja-JP"/>
        </w:rPr>
        <w:t>075-983-5798</w:t>
      </w:r>
    </w:p>
    <w:p w14:paraId="152124A0" w14:textId="021B2740" w:rsidR="00F57B6E" w:rsidRPr="003C5FB9" w:rsidRDefault="008506F9">
      <w:pPr>
        <w:spacing w:after="40"/>
        <w:rPr>
          <w:rFonts w:ascii="BIZ UDゴシック" w:eastAsia="BIZ UDゴシック" w:hAnsi="BIZ UDゴシック"/>
        </w:rPr>
      </w:pPr>
      <w:proofErr w:type="spellStart"/>
      <w:r w:rsidRPr="003C5FB9">
        <w:rPr>
          <w:rFonts w:ascii="BIZ UDゴシック" w:eastAsia="BIZ UDゴシック" w:hAnsi="BIZ UDゴシック"/>
          <w:b/>
          <w:sz w:val="19"/>
        </w:rPr>
        <w:t>提出</w:t>
      </w:r>
      <w:proofErr w:type="gramStart"/>
      <w:r w:rsidRPr="003C5FB9">
        <w:rPr>
          <w:rFonts w:ascii="BIZ UDゴシック" w:eastAsia="BIZ UDゴシック" w:hAnsi="BIZ UDゴシック"/>
          <w:b/>
          <w:sz w:val="19"/>
        </w:rPr>
        <w:t>締切</w:t>
      </w:r>
      <w:proofErr w:type="gramEnd"/>
      <w:r w:rsidRPr="003C5FB9">
        <w:rPr>
          <w:rFonts w:ascii="BIZ UDゴシック" w:eastAsia="BIZ UDゴシック" w:hAnsi="BIZ UDゴシック"/>
          <w:b/>
          <w:sz w:val="19"/>
        </w:rPr>
        <w:t>：令和</w:t>
      </w:r>
      <w:proofErr w:type="spellEnd"/>
      <w:r w:rsidR="003C5FB9" w:rsidRPr="003C5FB9">
        <w:rPr>
          <w:rFonts w:ascii="BIZ UDゴシック" w:eastAsia="BIZ UDゴシック" w:hAnsi="BIZ UDゴシック" w:hint="eastAsia"/>
          <w:b/>
          <w:sz w:val="19"/>
          <w:lang w:eastAsia="ja-JP"/>
        </w:rPr>
        <w:t>８</w:t>
      </w:r>
      <w:r w:rsidRPr="003C5FB9">
        <w:rPr>
          <w:rFonts w:ascii="BIZ UDゴシック" w:eastAsia="BIZ UDゴシック" w:hAnsi="BIZ UDゴシック"/>
          <w:b/>
          <w:sz w:val="19"/>
        </w:rPr>
        <w:t>年</w:t>
      </w:r>
      <w:r w:rsidR="003C5FB9" w:rsidRPr="003C5FB9">
        <w:rPr>
          <w:rFonts w:ascii="BIZ UDゴシック" w:eastAsia="BIZ UDゴシック" w:hAnsi="BIZ UDゴシック" w:hint="eastAsia"/>
          <w:b/>
          <w:sz w:val="19"/>
          <w:lang w:eastAsia="ja-JP"/>
        </w:rPr>
        <w:t>１１</w:t>
      </w:r>
      <w:r w:rsidRPr="003C5FB9">
        <w:rPr>
          <w:rFonts w:ascii="BIZ UDゴシック" w:eastAsia="BIZ UDゴシック" w:hAnsi="BIZ UDゴシック"/>
          <w:b/>
          <w:sz w:val="19"/>
        </w:rPr>
        <w:t>月</w:t>
      </w:r>
      <w:r w:rsidR="003C5FB9" w:rsidRPr="003C5FB9">
        <w:rPr>
          <w:rFonts w:ascii="BIZ UDゴシック" w:eastAsia="BIZ UDゴシック" w:hAnsi="BIZ UDゴシック" w:hint="eastAsia"/>
          <w:b/>
          <w:sz w:val="19"/>
          <w:lang w:eastAsia="ja-JP"/>
        </w:rPr>
        <w:t>１３</w:t>
      </w:r>
      <w:r w:rsidRPr="003C5FB9">
        <w:rPr>
          <w:rFonts w:ascii="BIZ UDゴシック" w:eastAsia="BIZ UDゴシック" w:hAnsi="BIZ UDゴシック"/>
          <w:b/>
          <w:sz w:val="19"/>
        </w:rPr>
        <w:t>日（</w:t>
      </w:r>
      <w:r w:rsidR="003C5FB9" w:rsidRPr="003C5FB9">
        <w:rPr>
          <w:rFonts w:ascii="BIZ UDゴシック" w:eastAsia="BIZ UDゴシック" w:hAnsi="BIZ UDゴシック" w:hint="eastAsia"/>
          <w:b/>
          <w:sz w:val="19"/>
          <w:lang w:eastAsia="ja-JP"/>
        </w:rPr>
        <w:t>金</w:t>
      </w:r>
      <w:r w:rsidRPr="003C5FB9">
        <w:rPr>
          <w:rFonts w:ascii="BIZ UDゴシック" w:eastAsia="BIZ UDゴシック" w:hAnsi="BIZ UDゴシック"/>
          <w:b/>
          <w:sz w:val="19"/>
        </w:rPr>
        <w:t>）</w:t>
      </w:r>
      <w:proofErr w:type="spellStart"/>
      <w:r w:rsidRPr="003C5FB9">
        <w:rPr>
          <w:rFonts w:ascii="BIZ UDゴシック" w:eastAsia="BIZ UDゴシック" w:hAnsi="BIZ UDゴシック"/>
          <w:b/>
          <w:sz w:val="19"/>
        </w:rPr>
        <w:t>必着</w:t>
      </w:r>
      <w:proofErr w:type="spellEnd"/>
    </w:p>
    <w:sectPr w:rsidR="00F57B6E" w:rsidRPr="003C5FB9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0285877">
    <w:abstractNumId w:val="8"/>
  </w:num>
  <w:num w:numId="2" w16cid:durableId="103694319">
    <w:abstractNumId w:val="6"/>
  </w:num>
  <w:num w:numId="3" w16cid:durableId="1200702831">
    <w:abstractNumId w:val="5"/>
  </w:num>
  <w:num w:numId="4" w16cid:durableId="2115175034">
    <w:abstractNumId w:val="4"/>
  </w:num>
  <w:num w:numId="5" w16cid:durableId="856233561">
    <w:abstractNumId w:val="7"/>
  </w:num>
  <w:num w:numId="6" w16cid:durableId="156500031">
    <w:abstractNumId w:val="3"/>
  </w:num>
  <w:num w:numId="7" w16cid:durableId="2050564988">
    <w:abstractNumId w:val="2"/>
  </w:num>
  <w:num w:numId="8" w16cid:durableId="1236279811">
    <w:abstractNumId w:val="1"/>
  </w:num>
  <w:num w:numId="9" w16cid:durableId="176425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BE9"/>
    <w:rsid w:val="0006063C"/>
    <w:rsid w:val="00094324"/>
    <w:rsid w:val="0015074B"/>
    <w:rsid w:val="001B7DCB"/>
    <w:rsid w:val="001D56C1"/>
    <w:rsid w:val="002467CB"/>
    <w:rsid w:val="0029639D"/>
    <w:rsid w:val="00326F90"/>
    <w:rsid w:val="00362D78"/>
    <w:rsid w:val="003874CC"/>
    <w:rsid w:val="003B703D"/>
    <w:rsid w:val="003C5FB9"/>
    <w:rsid w:val="003F065D"/>
    <w:rsid w:val="004355C4"/>
    <w:rsid w:val="004959D1"/>
    <w:rsid w:val="004C369C"/>
    <w:rsid w:val="004E0AC5"/>
    <w:rsid w:val="0060638E"/>
    <w:rsid w:val="00615E33"/>
    <w:rsid w:val="00620E4A"/>
    <w:rsid w:val="008506F9"/>
    <w:rsid w:val="00957E7A"/>
    <w:rsid w:val="009B2EB6"/>
    <w:rsid w:val="00AA1D8D"/>
    <w:rsid w:val="00B47730"/>
    <w:rsid w:val="00BD5C81"/>
    <w:rsid w:val="00CB0664"/>
    <w:rsid w:val="00F57B6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0933FE"/>
  <w14:defaultImageDpi w14:val="300"/>
  <w15:docId w15:val="{D1602B50-730C-45E7-8900-53D26DE2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jimu06</cp:lastModifiedBy>
  <cp:revision>12</cp:revision>
  <cp:lastPrinted>2026-08-27T00:35:00Z</cp:lastPrinted>
  <dcterms:created xsi:type="dcterms:W3CDTF">2013-12-23T23:15:00Z</dcterms:created>
  <dcterms:modified xsi:type="dcterms:W3CDTF">2026-09-02T02:01:00Z</dcterms:modified>
  <cp:category/>
</cp:coreProperties>
</file>